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B03D5" w14:textId="77777777" w:rsidR="00621BBC" w:rsidRDefault="00000000">
      <w:r>
        <w:rPr>
          <w:noProof/>
        </w:rPr>
        <w:drawing>
          <wp:inline distT="0" distB="0" distL="0" distR="0" wp14:anchorId="154E73B9" wp14:editId="7DBA32C8">
            <wp:extent cx="1080000" cy="152789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hh_logo_extracted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527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EFD30" w14:textId="77777777" w:rsidR="00621BBC" w:rsidRDefault="00000000">
      <w:pPr>
        <w:pStyle w:val="Heading1"/>
      </w:pPr>
      <w:r>
        <w:t>Sjekkliste for ekstern evaluering av mappevurdering</w:t>
      </w:r>
    </w:p>
    <w:p w14:paraId="0553E91E" w14:textId="77777777" w:rsidR="00621BBC" w:rsidRPr="009E2712" w:rsidRDefault="00000000">
      <w:pPr>
        <w:rPr>
          <w:lang w:val="nb-NO"/>
        </w:rPr>
      </w:pPr>
      <w:r>
        <w:t xml:space="preserve">Skjemaet brukes for emner med mappevurdering der det skal gjennomføres ekstern evaluering av vurderingsordningen. </w:t>
      </w:r>
      <w:r w:rsidRPr="009E2712">
        <w:rPr>
          <w:b/>
          <w:lang w:val="nb-NO"/>
        </w:rPr>
        <w:t>Evalueringen gjelder vurderingsordningen og omfatter ikke sensur av studentenes besvarelser.</w:t>
      </w:r>
    </w:p>
    <w:p w14:paraId="7F22CCBB" w14:textId="77777777" w:rsidR="00621BBC" w:rsidRPr="009E2712" w:rsidRDefault="00000000">
      <w:pPr>
        <w:rPr>
          <w:lang w:val="nb-NO"/>
        </w:rPr>
      </w:pPr>
      <w:r w:rsidRPr="009E2712">
        <w:rPr>
          <w:b/>
          <w:lang w:val="nb-NO"/>
        </w:rPr>
        <w:t xml:space="preserve">Frist: </w:t>
      </w:r>
      <w:r w:rsidRPr="009E2712">
        <w:rPr>
          <w:lang w:val="nb-NO"/>
        </w:rPr>
        <w:t>Gjennomgangen skal være gjennomført, og utfylt skjema sendt til Seksjon for eksamen, senest tre uker etter at sensuren i emnet er gjennomført.</w:t>
      </w:r>
    </w:p>
    <w:p w14:paraId="751521E8" w14:textId="77777777" w:rsidR="00621BBC" w:rsidRDefault="00000000">
      <w:pPr>
        <w:pStyle w:val="Heading2"/>
      </w:pPr>
      <w:r>
        <w:t>Opplysninger om emnet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621BBC" w14:paraId="5F392D8B" w14:textId="77777777" w:rsidTr="7D21BE68">
        <w:trPr>
          <w:jc w:val="center"/>
        </w:trPr>
        <w:tc>
          <w:tcPr>
            <w:tcW w:w="4986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C2CAC6" w14:textId="77777777" w:rsidR="00621BBC" w:rsidRDefault="00000000">
            <w:r>
              <w:rPr>
                <w:b/>
              </w:rPr>
              <w:t>Emnekode</w:t>
            </w:r>
          </w:p>
        </w:tc>
        <w:tc>
          <w:tcPr>
            <w:tcW w:w="4986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E9F3C2" w14:textId="77777777" w:rsidR="00621BBC" w:rsidRDefault="00000000">
            <w:r>
              <w:t>______________________________________________</w:t>
            </w:r>
          </w:p>
        </w:tc>
      </w:tr>
      <w:tr w:rsidR="00621BBC" w14:paraId="7C316491" w14:textId="77777777" w:rsidTr="7D21BE68">
        <w:trPr>
          <w:jc w:val="center"/>
        </w:trPr>
        <w:tc>
          <w:tcPr>
            <w:tcW w:w="4986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95260F" w14:textId="77777777" w:rsidR="00621BBC" w:rsidRDefault="00000000">
            <w:r>
              <w:rPr>
                <w:b/>
              </w:rPr>
              <w:t>Emnenavn</w:t>
            </w:r>
          </w:p>
        </w:tc>
        <w:tc>
          <w:tcPr>
            <w:tcW w:w="4986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E1CAE5" w14:textId="77777777" w:rsidR="00621BBC" w:rsidRDefault="00000000">
            <w:r>
              <w:t>______________________________________________</w:t>
            </w:r>
          </w:p>
        </w:tc>
      </w:tr>
      <w:tr w:rsidR="00621BBC" w14:paraId="21F7CF02" w14:textId="77777777" w:rsidTr="7D21BE68">
        <w:trPr>
          <w:jc w:val="center"/>
        </w:trPr>
        <w:tc>
          <w:tcPr>
            <w:tcW w:w="4986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EC036B" w14:textId="497DDC9B" w:rsidR="00621BBC" w:rsidRDefault="1F69BA95">
            <w:r w:rsidRPr="7D21BE68">
              <w:rPr>
                <w:b/>
                <w:bCs/>
              </w:rPr>
              <w:t>Semester og</w:t>
            </w:r>
            <w:r w:rsidR="765CB4D4" w:rsidRPr="7D21BE68">
              <w:rPr>
                <w:b/>
                <w:bCs/>
              </w:rPr>
              <w:t xml:space="preserve"> </w:t>
            </w:r>
            <w:r w:rsidR="190D503A" w:rsidRPr="7D21BE68">
              <w:rPr>
                <w:b/>
                <w:bCs/>
              </w:rPr>
              <w:t>å</w:t>
            </w:r>
            <w:r w:rsidRPr="7D21BE68">
              <w:rPr>
                <w:b/>
                <w:bCs/>
              </w:rPr>
              <w:t>r</w:t>
            </w:r>
          </w:p>
        </w:tc>
        <w:tc>
          <w:tcPr>
            <w:tcW w:w="4986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4BD359" w14:textId="77777777" w:rsidR="00621BBC" w:rsidRDefault="00000000">
            <w:r>
              <w:t>______________________________________________</w:t>
            </w:r>
          </w:p>
        </w:tc>
      </w:tr>
      <w:tr w:rsidR="00621BBC" w14:paraId="21E4A95C" w14:textId="77777777" w:rsidTr="7D21BE68">
        <w:trPr>
          <w:jc w:val="center"/>
        </w:trPr>
        <w:tc>
          <w:tcPr>
            <w:tcW w:w="4986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CD32C1" w14:textId="77777777" w:rsidR="00621BBC" w:rsidRDefault="00000000">
            <w:r>
              <w:rPr>
                <w:b/>
              </w:rPr>
              <w:t>Institutt</w:t>
            </w:r>
          </w:p>
        </w:tc>
        <w:tc>
          <w:tcPr>
            <w:tcW w:w="4986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20E456" w14:textId="77777777" w:rsidR="00621BBC" w:rsidRDefault="00000000">
            <w:r>
              <w:t>______________________________________________</w:t>
            </w:r>
          </w:p>
        </w:tc>
      </w:tr>
      <w:tr w:rsidR="00621BBC" w14:paraId="3C276499" w14:textId="77777777" w:rsidTr="7D21BE68">
        <w:trPr>
          <w:jc w:val="center"/>
        </w:trPr>
        <w:tc>
          <w:tcPr>
            <w:tcW w:w="4986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41FA79" w14:textId="77777777" w:rsidR="00621BBC" w:rsidRDefault="00000000">
            <w:r>
              <w:rPr>
                <w:b/>
              </w:rPr>
              <w:t>Emneansvarlig</w:t>
            </w:r>
          </w:p>
        </w:tc>
        <w:tc>
          <w:tcPr>
            <w:tcW w:w="4986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32DBCE" w14:textId="77777777" w:rsidR="00621BBC" w:rsidRDefault="00000000">
            <w:r>
              <w:t>______________________________________________</w:t>
            </w:r>
          </w:p>
        </w:tc>
      </w:tr>
      <w:tr w:rsidR="00621BBC" w14:paraId="5B98B83F" w14:textId="77777777" w:rsidTr="7D21BE68">
        <w:trPr>
          <w:jc w:val="center"/>
        </w:trPr>
        <w:tc>
          <w:tcPr>
            <w:tcW w:w="4986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4B1799" w14:textId="77777777" w:rsidR="00621BBC" w:rsidRDefault="00000000">
            <w:r>
              <w:rPr>
                <w:b/>
              </w:rPr>
              <w:t>Ekstern sensor</w:t>
            </w:r>
          </w:p>
        </w:tc>
        <w:tc>
          <w:tcPr>
            <w:tcW w:w="4986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D53681" w14:textId="77777777" w:rsidR="00621BBC" w:rsidRDefault="00000000">
            <w:r>
              <w:t>______________________________________________</w:t>
            </w:r>
          </w:p>
        </w:tc>
      </w:tr>
    </w:tbl>
    <w:p w14:paraId="0CE12A5F" w14:textId="77777777" w:rsidR="00621BBC" w:rsidRDefault="00000000">
      <w:pPr>
        <w:pStyle w:val="Heading2"/>
      </w:pPr>
      <w:r>
        <w:t>Sjekkliste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24"/>
        <w:gridCol w:w="5669"/>
        <w:gridCol w:w="3324"/>
      </w:tblGrid>
      <w:tr w:rsidR="00621BBC" w14:paraId="01704E31" w14:textId="77777777">
        <w:trPr>
          <w:jc w:val="center"/>
        </w:trPr>
        <w:tc>
          <w:tcPr>
            <w:tcW w:w="332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003C5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233E0D" w14:textId="77777777" w:rsidR="00621BBC" w:rsidRDefault="00000000" w:rsidP="009E2712">
            <w:pPr>
              <w:jc w:val="center"/>
            </w:pPr>
            <w:r>
              <w:rPr>
                <w:b/>
                <w:color w:val="FFFFFF"/>
              </w:rPr>
              <w:t>OK</w:t>
            </w:r>
          </w:p>
        </w:tc>
        <w:tc>
          <w:tcPr>
            <w:tcW w:w="332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003C5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1053C3" w14:textId="77777777" w:rsidR="00621BBC" w:rsidRDefault="00000000">
            <w:r>
              <w:rPr>
                <w:b/>
                <w:color w:val="FFFFFF"/>
              </w:rPr>
              <w:t>Punkt som skal vurderes</w:t>
            </w:r>
          </w:p>
        </w:tc>
        <w:tc>
          <w:tcPr>
            <w:tcW w:w="332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003C5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6A2DEB" w14:textId="77777777" w:rsidR="00621BBC" w:rsidRDefault="00000000">
            <w:r>
              <w:rPr>
                <w:b/>
                <w:color w:val="FFFFFF"/>
              </w:rPr>
              <w:t>Merknad / kommentar</w:t>
            </w:r>
          </w:p>
        </w:tc>
      </w:tr>
      <w:tr w:rsidR="00621BBC" w14:paraId="4C53E6FE" w14:textId="77777777">
        <w:trPr>
          <w:jc w:val="center"/>
        </w:trPr>
        <w:tc>
          <w:tcPr>
            <w:tcW w:w="7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745BA8" w14:textId="77777777" w:rsidR="00621BBC" w:rsidRDefault="00000000">
            <w:pPr>
              <w:jc w:val="center"/>
            </w:pPr>
            <w:r>
              <w:rPr>
                <w:sz w:val="30"/>
              </w:rPr>
              <w:t>☐</w:t>
            </w:r>
          </w:p>
        </w:tc>
        <w:tc>
          <w:tcPr>
            <w:tcW w:w="566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ED1C2B" w14:textId="77777777" w:rsidR="00621BBC" w:rsidRDefault="00000000">
            <w:r>
              <w:t>Vurderingselementene som inngår i mappen er egnet til å prøve emnets læringsutbytte.</w:t>
            </w:r>
          </w:p>
        </w:tc>
        <w:tc>
          <w:tcPr>
            <w:tcW w:w="260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5E5E48" w14:textId="77777777" w:rsidR="00621BBC" w:rsidRDefault="00621BBC"/>
        </w:tc>
      </w:tr>
      <w:tr w:rsidR="00621BBC" w:rsidRPr="00E73880" w14:paraId="5A200516" w14:textId="77777777">
        <w:trPr>
          <w:jc w:val="center"/>
        </w:trPr>
        <w:tc>
          <w:tcPr>
            <w:tcW w:w="7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D17B69" w14:textId="77777777" w:rsidR="00621BBC" w:rsidRDefault="00000000">
            <w:pPr>
              <w:jc w:val="center"/>
            </w:pPr>
            <w:r>
              <w:rPr>
                <w:sz w:val="30"/>
              </w:rPr>
              <w:t>☐</w:t>
            </w:r>
          </w:p>
        </w:tc>
        <w:tc>
          <w:tcPr>
            <w:tcW w:w="566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783C85" w14:textId="77777777" w:rsidR="00621BBC" w:rsidRPr="009E2712" w:rsidRDefault="00000000">
            <w:pPr>
              <w:rPr>
                <w:lang w:val="nb-NO"/>
              </w:rPr>
            </w:pPr>
            <w:r w:rsidRPr="009E2712">
              <w:rPr>
                <w:lang w:val="nb-NO"/>
              </w:rPr>
              <w:t>Vurderingselementene gir samlet et tilstrekkelig grunnlag for å vurdere studentenes måloppnåelse.</w:t>
            </w:r>
          </w:p>
        </w:tc>
        <w:tc>
          <w:tcPr>
            <w:tcW w:w="260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B677D6" w14:textId="77777777" w:rsidR="00621BBC" w:rsidRPr="009E2712" w:rsidRDefault="00621BBC">
            <w:pPr>
              <w:rPr>
                <w:lang w:val="nb-NO"/>
              </w:rPr>
            </w:pPr>
          </w:p>
        </w:tc>
      </w:tr>
      <w:tr w:rsidR="00621BBC" w:rsidRPr="00E73880" w14:paraId="2661B37A" w14:textId="77777777">
        <w:trPr>
          <w:jc w:val="center"/>
        </w:trPr>
        <w:tc>
          <w:tcPr>
            <w:tcW w:w="7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700D9D" w14:textId="77777777" w:rsidR="00621BBC" w:rsidRDefault="00000000">
            <w:pPr>
              <w:jc w:val="center"/>
            </w:pPr>
            <w:r>
              <w:rPr>
                <w:sz w:val="30"/>
              </w:rPr>
              <w:lastRenderedPageBreak/>
              <w:t>☐</w:t>
            </w:r>
          </w:p>
        </w:tc>
        <w:tc>
          <w:tcPr>
            <w:tcW w:w="566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C6F3BB" w14:textId="77777777" w:rsidR="00621BBC" w:rsidRPr="009E2712" w:rsidRDefault="00000000">
            <w:pPr>
              <w:rPr>
                <w:lang w:val="nb-NO"/>
              </w:rPr>
            </w:pPr>
            <w:r w:rsidRPr="009E2712">
              <w:rPr>
                <w:lang w:val="nb-NO"/>
              </w:rPr>
              <w:t>Vektingen og sammensetningen av vurderingselementene er hensiktsmessig.</w:t>
            </w:r>
          </w:p>
        </w:tc>
        <w:tc>
          <w:tcPr>
            <w:tcW w:w="260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8159E0" w14:textId="77777777" w:rsidR="00621BBC" w:rsidRPr="009E2712" w:rsidRDefault="00621BBC">
            <w:pPr>
              <w:rPr>
                <w:lang w:val="nb-NO"/>
              </w:rPr>
            </w:pPr>
          </w:p>
        </w:tc>
      </w:tr>
      <w:tr w:rsidR="00621BBC" w:rsidRPr="00E73880" w14:paraId="2E0957DF" w14:textId="77777777">
        <w:trPr>
          <w:jc w:val="center"/>
        </w:trPr>
        <w:tc>
          <w:tcPr>
            <w:tcW w:w="7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2F25A4" w14:textId="77777777" w:rsidR="00621BBC" w:rsidRDefault="00000000">
            <w:pPr>
              <w:jc w:val="center"/>
            </w:pPr>
            <w:r>
              <w:rPr>
                <w:sz w:val="30"/>
              </w:rPr>
              <w:t>☐</w:t>
            </w:r>
          </w:p>
        </w:tc>
        <w:tc>
          <w:tcPr>
            <w:tcW w:w="566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C3C1A5" w14:textId="77777777" w:rsidR="00621BBC" w:rsidRPr="009E2712" w:rsidRDefault="00000000">
            <w:pPr>
              <w:rPr>
                <w:lang w:val="nb-NO"/>
              </w:rPr>
            </w:pPr>
            <w:r w:rsidRPr="009E2712">
              <w:rPr>
                <w:lang w:val="nb-NO"/>
              </w:rPr>
              <w:t>Vurderingsordningen er samlet sett faglig betryggende og egnet til å sikre at studentenes kunnskaper og ferdigheter prøves på en tilfredsstillende måte.</w:t>
            </w:r>
          </w:p>
        </w:tc>
        <w:tc>
          <w:tcPr>
            <w:tcW w:w="260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E8B234" w14:textId="77777777" w:rsidR="00621BBC" w:rsidRPr="009E2712" w:rsidRDefault="00621BBC">
            <w:pPr>
              <w:rPr>
                <w:lang w:val="nb-NO"/>
              </w:rPr>
            </w:pPr>
          </w:p>
        </w:tc>
      </w:tr>
      <w:tr w:rsidR="00621BBC" w:rsidRPr="00E73880" w14:paraId="5A217562" w14:textId="77777777">
        <w:trPr>
          <w:jc w:val="center"/>
        </w:trPr>
        <w:tc>
          <w:tcPr>
            <w:tcW w:w="79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7CDDD4" w14:textId="77777777" w:rsidR="00621BBC" w:rsidRDefault="00000000">
            <w:pPr>
              <w:jc w:val="center"/>
            </w:pPr>
            <w:r>
              <w:rPr>
                <w:sz w:val="30"/>
              </w:rPr>
              <w:t>☐</w:t>
            </w:r>
          </w:p>
        </w:tc>
        <w:tc>
          <w:tcPr>
            <w:tcW w:w="566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56E35C" w14:textId="77777777" w:rsidR="00621BBC" w:rsidRPr="009E2712" w:rsidRDefault="00000000">
            <w:pPr>
              <w:rPr>
                <w:lang w:val="nb-NO"/>
              </w:rPr>
            </w:pPr>
            <w:r w:rsidRPr="009E2712">
              <w:rPr>
                <w:lang w:val="nb-NO"/>
              </w:rPr>
              <w:t>Eventuelle merknader eller anbefalinger fra ekstern sensor er dokumentert nedenfor.</w:t>
            </w:r>
          </w:p>
        </w:tc>
        <w:tc>
          <w:tcPr>
            <w:tcW w:w="260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5D15FE" w14:textId="77777777" w:rsidR="00621BBC" w:rsidRPr="009E2712" w:rsidRDefault="00621BBC">
            <w:pPr>
              <w:rPr>
                <w:lang w:val="nb-NO"/>
              </w:rPr>
            </w:pPr>
          </w:p>
        </w:tc>
      </w:tr>
    </w:tbl>
    <w:p w14:paraId="50A10EB6" w14:textId="77777777" w:rsidR="00621BBC" w:rsidRDefault="00000000">
      <w:pPr>
        <w:pStyle w:val="Heading2"/>
      </w:pPr>
      <w:r>
        <w:t>Eventuelle merknader / anbefalinger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621BBC" w14:paraId="15F7C05E" w14:textId="77777777">
        <w:trPr>
          <w:jc w:val="center"/>
        </w:trPr>
        <w:tc>
          <w:tcPr>
            <w:tcW w:w="997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DBE3B5A" w14:textId="77777777" w:rsidR="00621BBC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5C9B935D" w14:textId="77777777" w:rsidR="00621BBC" w:rsidRDefault="00000000">
      <w:r>
        <w:rPr>
          <w:b/>
        </w:rPr>
        <w:t xml:space="preserve">Bekreftelse: </w:t>
      </w:r>
      <w:r>
        <w:t>Ved signatur bekrefter emneansvarlig og ekstern sensor at gjennomgangen er gjennomført og godkjent, og at skjemaet kan sendes til Seksjon for eksamen.</w:t>
      </w:r>
    </w:p>
    <w:p w14:paraId="57713FFC" w14:textId="77777777" w:rsidR="00621BBC" w:rsidRDefault="00000000">
      <w:pPr>
        <w:pStyle w:val="Heading2"/>
      </w:pPr>
      <w:r>
        <w:t>Signatur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621BBC" w14:paraId="315C684B" w14:textId="77777777">
        <w:trPr>
          <w:jc w:val="center"/>
        </w:trPr>
        <w:tc>
          <w:tcPr>
            <w:tcW w:w="498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B08149" w14:textId="77777777" w:rsidR="00621BBC" w:rsidRDefault="00000000">
            <w:r>
              <w:rPr>
                <w:b/>
              </w:rPr>
              <w:t>Emneansvarlig</w:t>
            </w:r>
          </w:p>
        </w:tc>
        <w:tc>
          <w:tcPr>
            <w:tcW w:w="498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5CA616" w14:textId="77777777" w:rsidR="00621BBC" w:rsidRDefault="00000000">
            <w:r>
              <w:rPr>
                <w:b/>
              </w:rPr>
              <w:t>Ekstern sensor</w:t>
            </w:r>
          </w:p>
        </w:tc>
      </w:tr>
      <w:tr w:rsidR="00621BBC" w14:paraId="0020A78A" w14:textId="77777777">
        <w:trPr>
          <w:jc w:val="center"/>
        </w:trPr>
        <w:tc>
          <w:tcPr>
            <w:tcW w:w="498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19D7F8" w14:textId="77777777" w:rsidR="00621BBC" w:rsidRDefault="00000000">
            <w:r>
              <w:t>Navn:</w:t>
            </w:r>
            <w:r>
              <w:br/>
            </w:r>
            <w:r>
              <w:br/>
              <w:t>________________________________</w:t>
            </w:r>
          </w:p>
        </w:tc>
        <w:tc>
          <w:tcPr>
            <w:tcW w:w="498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7F0CF4" w14:textId="77777777" w:rsidR="00621BBC" w:rsidRDefault="00000000">
            <w:r>
              <w:t>Navn:</w:t>
            </w:r>
            <w:r>
              <w:br/>
            </w:r>
            <w:r>
              <w:br/>
              <w:t>________________________________</w:t>
            </w:r>
          </w:p>
        </w:tc>
      </w:tr>
      <w:tr w:rsidR="00621BBC" w14:paraId="7B24DEA5" w14:textId="77777777">
        <w:trPr>
          <w:jc w:val="center"/>
        </w:trPr>
        <w:tc>
          <w:tcPr>
            <w:tcW w:w="498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C803C3" w14:textId="77777777" w:rsidR="00621BBC" w:rsidRDefault="00000000">
            <w:r>
              <w:t>Dato:</w:t>
            </w:r>
            <w:r>
              <w:br/>
            </w:r>
            <w:r>
              <w:br/>
              <w:t>________________________________</w:t>
            </w:r>
          </w:p>
        </w:tc>
        <w:tc>
          <w:tcPr>
            <w:tcW w:w="498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455D9B" w14:textId="77777777" w:rsidR="00621BBC" w:rsidRDefault="00000000">
            <w:r>
              <w:t>Dato:</w:t>
            </w:r>
            <w:r>
              <w:br/>
            </w:r>
            <w:r>
              <w:br/>
              <w:t>________________________________</w:t>
            </w:r>
          </w:p>
        </w:tc>
      </w:tr>
      <w:tr w:rsidR="00621BBC" w14:paraId="5AF94123" w14:textId="77777777">
        <w:trPr>
          <w:jc w:val="center"/>
        </w:trPr>
        <w:tc>
          <w:tcPr>
            <w:tcW w:w="498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7E49E4" w14:textId="77777777" w:rsidR="00621BBC" w:rsidRDefault="00000000">
            <w:r>
              <w:t>Signatur:</w:t>
            </w:r>
            <w:r>
              <w:br/>
            </w:r>
            <w:r>
              <w:br/>
              <w:t>________________________________</w:t>
            </w:r>
          </w:p>
        </w:tc>
        <w:tc>
          <w:tcPr>
            <w:tcW w:w="498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E583AD" w14:textId="77777777" w:rsidR="00621BBC" w:rsidRDefault="00000000">
            <w:r>
              <w:t>Signatur:</w:t>
            </w:r>
            <w:r>
              <w:br/>
            </w:r>
            <w:r>
              <w:br/>
              <w:t>________________________________</w:t>
            </w:r>
          </w:p>
        </w:tc>
      </w:tr>
    </w:tbl>
    <w:p w14:paraId="2744CBE2" w14:textId="77777777" w:rsidR="00621BBC" w:rsidRDefault="00000000">
      <w:r>
        <w:rPr>
          <w:b/>
        </w:rPr>
        <w:t xml:space="preserve">Innsending: </w:t>
      </w:r>
      <w:r>
        <w:t>Utfylt skjema sendes til Seksjon for eksamen.</w:t>
      </w:r>
    </w:p>
    <w:sectPr w:rsidR="00621BB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04527194">
    <w:abstractNumId w:val="8"/>
  </w:num>
  <w:num w:numId="2" w16cid:durableId="2040545834">
    <w:abstractNumId w:val="6"/>
  </w:num>
  <w:num w:numId="3" w16cid:durableId="1836991201">
    <w:abstractNumId w:val="5"/>
  </w:num>
  <w:num w:numId="4" w16cid:durableId="945384312">
    <w:abstractNumId w:val="4"/>
  </w:num>
  <w:num w:numId="5" w16cid:durableId="1021080726">
    <w:abstractNumId w:val="7"/>
  </w:num>
  <w:num w:numId="6" w16cid:durableId="1212108633">
    <w:abstractNumId w:val="3"/>
  </w:num>
  <w:num w:numId="7" w16cid:durableId="381291886">
    <w:abstractNumId w:val="2"/>
  </w:num>
  <w:num w:numId="8" w16cid:durableId="98569245">
    <w:abstractNumId w:val="1"/>
  </w:num>
  <w:num w:numId="9" w16cid:durableId="86953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46DE"/>
    <w:rsid w:val="0015074B"/>
    <w:rsid w:val="0029639D"/>
    <w:rsid w:val="00326F90"/>
    <w:rsid w:val="00621BBC"/>
    <w:rsid w:val="009E2712"/>
    <w:rsid w:val="00AA1D8D"/>
    <w:rsid w:val="00B47730"/>
    <w:rsid w:val="00CB0664"/>
    <w:rsid w:val="00E73880"/>
    <w:rsid w:val="00F772EA"/>
    <w:rsid w:val="00FC693F"/>
    <w:rsid w:val="190D503A"/>
    <w:rsid w:val="1F69BA95"/>
    <w:rsid w:val="765CB4D4"/>
    <w:rsid w:val="7D21B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8984CA"/>
  <w14:defaultImageDpi w14:val="300"/>
  <w15:docId w15:val="{57190286-B0B8-4A6B-94A3-5D193EA93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rial" w:eastAsia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3C5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3C5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1615</Characters>
  <Application>Microsoft Office Word</Application>
  <DocSecurity>0</DocSecurity>
  <Lines>13</Lines>
  <Paragraphs>3</Paragraphs>
  <ScaleCrop>false</ScaleCrop>
  <Manager/>
  <Company/>
  <LinksUpToDate>false</LinksUpToDate>
  <CharactersWithSpaces>1916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Krantz Olsen</dc:creator>
  <cp:keywords/>
  <dc:description>generated by python-docx</dc:description>
  <cp:lastModifiedBy>Magnus Krantz Olsen</cp:lastModifiedBy>
  <cp:revision>4</cp:revision>
  <dcterms:created xsi:type="dcterms:W3CDTF">2026-08-07T11:03:00Z</dcterms:created>
  <dcterms:modified xsi:type="dcterms:W3CDTF">2026-08-07T11:06:00Z</dcterms:modified>
  <cp:category/>
</cp:coreProperties>
</file>